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4E0E" w14:textId="77777777" w:rsidR="001F3FF3" w:rsidRPr="000306B1" w:rsidRDefault="00000000">
      <w:pPr>
        <w:spacing w:after="360"/>
        <w:jc w:val="center"/>
        <w:rPr>
          <w:color w:val="000000" w:themeColor="text1"/>
          <w:szCs w:val="20"/>
        </w:rPr>
      </w:pPr>
      <w:r w:rsidRPr="000306B1">
        <w:rPr>
          <w:rFonts w:eastAsia="Arial"/>
          <w:b/>
          <w:color w:val="000000" w:themeColor="text1"/>
          <w:szCs w:val="20"/>
        </w:rPr>
        <w:t>ZESPÓŁ SZKÓŁ PONADPODSTAWOWYCH NR 4 IM. KAZIMIERZA WIELKIEGO W SIEDLCACH</w:t>
      </w:r>
    </w:p>
    <w:p w14:paraId="6B184553" w14:textId="77777777" w:rsidR="001F3FF3" w:rsidRPr="000306B1" w:rsidRDefault="00000000">
      <w:pPr>
        <w:spacing w:after="80"/>
        <w:jc w:val="center"/>
        <w:rPr>
          <w:color w:val="000000" w:themeColor="text1"/>
        </w:rPr>
      </w:pPr>
      <w:r w:rsidRPr="000306B1">
        <w:rPr>
          <w:rFonts w:eastAsia="Arial"/>
          <w:b/>
          <w:color w:val="000000" w:themeColor="text1"/>
          <w:sz w:val="36"/>
        </w:rPr>
        <w:t>DZIENNIK PRAKTYKI ZAWODOWEJ</w:t>
      </w:r>
    </w:p>
    <w:p w14:paraId="1D2883FB" w14:textId="6177CBDE" w:rsidR="001F3FF3" w:rsidRPr="000306B1" w:rsidRDefault="007435CB">
      <w:pPr>
        <w:spacing w:after="360"/>
        <w:jc w:val="center"/>
        <w:rPr>
          <w:color w:val="000000" w:themeColor="text1"/>
        </w:rPr>
      </w:pPr>
      <w:proofErr w:type="spellStart"/>
      <w:r>
        <w:rPr>
          <w:rFonts w:eastAsia="Arial"/>
          <w:b/>
          <w:color w:val="000000" w:themeColor="text1"/>
          <w:sz w:val="22"/>
        </w:rPr>
        <w:t>Łączny</w:t>
      </w:r>
      <w:proofErr w:type="spellEnd"/>
      <w:r>
        <w:rPr>
          <w:rFonts w:eastAsia="Arial"/>
          <w:b/>
          <w:color w:val="000000" w:themeColor="text1"/>
          <w:sz w:val="22"/>
        </w:rPr>
        <w:t xml:space="preserve"> </w:t>
      </w:r>
      <w:proofErr w:type="spellStart"/>
      <w:r>
        <w:rPr>
          <w:rFonts w:eastAsia="Arial"/>
          <w:b/>
          <w:color w:val="000000" w:themeColor="text1"/>
          <w:sz w:val="22"/>
        </w:rPr>
        <w:t>w</w:t>
      </w:r>
      <w:r w:rsidR="00000000" w:rsidRPr="000306B1">
        <w:rPr>
          <w:rFonts w:eastAsia="Arial"/>
          <w:b/>
          <w:color w:val="000000" w:themeColor="text1"/>
          <w:sz w:val="22"/>
        </w:rPr>
        <w:t>ymiar</w:t>
      </w:r>
      <w:proofErr w:type="spellEnd"/>
      <w:r w:rsidR="00000000" w:rsidRPr="000306B1">
        <w:rPr>
          <w:rFonts w:eastAsia="Arial"/>
          <w:b/>
          <w:color w:val="000000" w:themeColor="text1"/>
          <w:sz w:val="22"/>
        </w:rPr>
        <w:t xml:space="preserve"> </w:t>
      </w:r>
      <w:proofErr w:type="spellStart"/>
      <w:r w:rsidR="00000000" w:rsidRPr="000306B1">
        <w:rPr>
          <w:rFonts w:eastAsia="Arial"/>
          <w:b/>
          <w:color w:val="000000" w:themeColor="text1"/>
          <w:sz w:val="22"/>
        </w:rPr>
        <w:t>praktyki</w:t>
      </w:r>
      <w:proofErr w:type="spellEnd"/>
      <w:r w:rsidR="00000000" w:rsidRPr="000306B1">
        <w:rPr>
          <w:rFonts w:eastAsia="Arial"/>
          <w:b/>
          <w:color w:val="000000" w:themeColor="text1"/>
          <w:sz w:val="22"/>
        </w:rPr>
        <w:t xml:space="preserve">: 160 </w:t>
      </w:r>
      <w:proofErr w:type="spellStart"/>
      <w:r w:rsidR="00000000" w:rsidRPr="000306B1">
        <w:rPr>
          <w:rFonts w:eastAsia="Arial"/>
          <w:b/>
          <w:color w:val="000000" w:themeColor="text1"/>
          <w:sz w:val="22"/>
        </w:rPr>
        <w:t>godzin</w:t>
      </w:r>
      <w:proofErr w:type="spellEnd"/>
    </w:p>
    <w:tbl>
      <w:tblPr>
        <w:tblW w:w="9638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7188"/>
      </w:tblGrid>
      <w:tr w:rsidR="000306B1" w:rsidRPr="000306B1" w14:paraId="3F03A542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5BED5B" w14:textId="77777777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Imię i nazwisko ucznia</w:t>
            </w:r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D863C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0306B1" w:rsidRPr="000306B1" w14:paraId="7911CF3D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E79964" w14:textId="010B8FFE" w:rsidR="001F3FF3" w:rsidRPr="000306B1" w:rsidRDefault="002D2202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eastAsia="Arial"/>
                <w:b/>
                <w:color w:val="000000" w:themeColor="text1"/>
                <w:sz w:val="24"/>
                <w:szCs w:val="24"/>
              </w:rPr>
              <w:t>Klasa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F43E96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0306B1" w:rsidRPr="000306B1" w14:paraId="2E0F48FE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853B1" w14:textId="11605FA1" w:rsidR="001F3FF3" w:rsidRPr="000306B1" w:rsidRDefault="002D2202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Zawód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F82F1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0306B1" w:rsidRPr="000306B1" w14:paraId="0F62026E" w14:textId="77777777" w:rsidTr="002D2202">
        <w:trPr>
          <w:trHeight w:val="1502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701244" w14:textId="35D99365" w:rsidR="001F3FF3" w:rsidRPr="000306B1" w:rsidRDefault="002D2202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Nazwa </w:t>
            </w:r>
            <w:proofErr w:type="spellStart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>adres</w:t>
            </w:r>
            <w:proofErr w:type="spellEnd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>zakładu</w:t>
            </w:r>
            <w:proofErr w:type="spellEnd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>pracy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973F3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0306B1" w:rsidRPr="000306B1" w14:paraId="3E9D6C42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B6DD62" w14:textId="77777777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Termin praktyki</w:t>
            </w:r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57F6A1" w14:textId="0D4E3079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color w:val="000000" w:themeColor="text1"/>
                <w:sz w:val="24"/>
                <w:szCs w:val="24"/>
              </w:rPr>
              <w:t xml:space="preserve">od </w:t>
            </w:r>
            <w:r w:rsidR="00677FF3">
              <w:rPr>
                <w:rFonts w:eastAsia="Arial"/>
                <w:color w:val="000000" w:themeColor="text1"/>
                <w:sz w:val="24"/>
                <w:szCs w:val="24"/>
              </w:rPr>
              <w:t xml:space="preserve">                                        </w:t>
            </w:r>
            <w:r w:rsidRPr="000306B1">
              <w:rPr>
                <w:rFonts w:eastAsia="Arial"/>
                <w:color w:val="000000" w:themeColor="text1"/>
                <w:sz w:val="24"/>
                <w:szCs w:val="24"/>
              </w:rPr>
              <w:t xml:space="preserve"> do </w:t>
            </w:r>
          </w:p>
        </w:tc>
      </w:tr>
      <w:tr w:rsidR="000306B1" w:rsidRPr="000306B1" w14:paraId="150F5512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4EFDDD" w14:textId="57A27374" w:rsidR="001F3FF3" w:rsidRPr="000306B1" w:rsidRDefault="00F37A7C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Imię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nazwisko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opiekuna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praktyki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6DD19D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83F4FA3" w14:textId="77777777" w:rsidR="001F3FF3" w:rsidRPr="000306B1" w:rsidRDefault="00000000">
      <w:pPr>
        <w:keepNext/>
        <w:spacing w:before="320" w:after="120"/>
        <w:rPr>
          <w:color w:val="000000" w:themeColor="text1"/>
        </w:rPr>
      </w:pPr>
      <w:proofErr w:type="spellStart"/>
      <w:r w:rsidRPr="000306B1">
        <w:rPr>
          <w:rFonts w:eastAsia="Arial"/>
          <w:b/>
          <w:color w:val="000000" w:themeColor="text1"/>
          <w:sz w:val="22"/>
        </w:rPr>
        <w:t>Zasady</w:t>
      </w:r>
      <w:proofErr w:type="spellEnd"/>
      <w:r w:rsidRPr="000306B1">
        <w:rPr>
          <w:rFonts w:eastAsia="Arial"/>
          <w:b/>
          <w:color w:val="000000" w:themeColor="text1"/>
          <w:sz w:val="22"/>
        </w:rPr>
        <w:t xml:space="preserve"> </w:t>
      </w:r>
      <w:proofErr w:type="spellStart"/>
      <w:r w:rsidRPr="000306B1">
        <w:rPr>
          <w:rFonts w:eastAsia="Arial"/>
          <w:b/>
          <w:color w:val="000000" w:themeColor="text1"/>
          <w:sz w:val="22"/>
        </w:rPr>
        <w:t>prowadzenia</w:t>
      </w:r>
      <w:proofErr w:type="spellEnd"/>
      <w:r w:rsidRPr="000306B1">
        <w:rPr>
          <w:rFonts w:eastAsia="Arial"/>
          <w:b/>
          <w:color w:val="000000" w:themeColor="text1"/>
          <w:sz w:val="22"/>
        </w:rPr>
        <w:t xml:space="preserve"> </w:t>
      </w:r>
      <w:proofErr w:type="spellStart"/>
      <w:r w:rsidRPr="000306B1">
        <w:rPr>
          <w:rFonts w:eastAsia="Arial"/>
          <w:b/>
          <w:color w:val="000000" w:themeColor="text1"/>
          <w:sz w:val="22"/>
        </w:rPr>
        <w:t>dziennika</w:t>
      </w:r>
      <w:proofErr w:type="spellEnd"/>
    </w:p>
    <w:p w14:paraId="7FDEC740" w14:textId="77777777" w:rsidR="001F3FF3" w:rsidRPr="000306B1" w:rsidRDefault="00000000">
      <w:pPr>
        <w:spacing w:after="8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1. Uczeń wpisuje datę, liczbę zrealizowanych godzin i krótki opis rzeczywiście wykonywanych czynności.</w:t>
      </w:r>
    </w:p>
    <w:p w14:paraId="208ED471" w14:textId="77777777" w:rsidR="001F3FF3" w:rsidRPr="000306B1" w:rsidRDefault="00000000">
      <w:pPr>
        <w:spacing w:after="8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2. Opiekun praktyki potwierdza wpisy w dzienniku.</w:t>
      </w:r>
    </w:p>
    <w:p w14:paraId="2278C600" w14:textId="77777777" w:rsidR="001F3FF3" w:rsidRPr="000306B1" w:rsidRDefault="00000000">
      <w:pPr>
        <w:spacing w:after="8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3. Wpisy powinny odpowiadać faktycznemu przebiegowi praktyki i zakresowi programu praktyki zawodowej.</w:t>
      </w:r>
    </w:p>
    <w:p w14:paraId="0E50A467" w14:textId="77777777" w:rsidR="001F3FF3" w:rsidRPr="000306B1" w:rsidRDefault="001F3FF3">
      <w:pPr>
        <w:rPr>
          <w:color w:val="000000" w:themeColor="text1"/>
        </w:rPr>
        <w:sectPr w:rsidR="001F3FF3" w:rsidRPr="000306B1">
          <w:headerReference w:type="default" r:id="rId8"/>
          <w:footerReference w:type="default" r:id="rId9"/>
          <w:pgSz w:w="11906" w:h="16838"/>
          <w:pgMar w:top="964" w:right="1134" w:bottom="907" w:left="1134" w:header="454" w:footer="454" w:gutter="0"/>
          <w:cols w:space="720"/>
          <w:docGrid w:linePitch="360"/>
        </w:sectPr>
      </w:pPr>
    </w:p>
    <w:p w14:paraId="46BFB1F3" w14:textId="77777777" w:rsidR="001F3FF3" w:rsidRPr="000306B1" w:rsidRDefault="00000000">
      <w:pPr>
        <w:keepNext/>
        <w:spacing w:after="140"/>
        <w:rPr>
          <w:color w:val="000000" w:themeColor="text1"/>
        </w:rPr>
      </w:pPr>
      <w:r w:rsidRPr="000306B1">
        <w:rPr>
          <w:rFonts w:eastAsia="Arial"/>
          <w:b/>
          <w:color w:val="000000" w:themeColor="text1"/>
          <w:sz w:val="24"/>
        </w:rPr>
        <w:lastRenderedPageBreak/>
        <w:t>PRZEBIEG PRAKTYKI ZAWODOWEJ</w:t>
      </w:r>
    </w:p>
    <w:tbl>
      <w:tblPr>
        <w:tblW w:w="965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2"/>
        <w:gridCol w:w="1051"/>
        <w:gridCol w:w="5556"/>
        <w:gridCol w:w="1402"/>
      </w:tblGrid>
      <w:tr w:rsidR="000306B1" w:rsidRPr="000306B1" w14:paraId="7B523E31" w14:textId="77777777" w:rsidTr="001C393F">
        <w:trPr>
          <w:trHeight w:val="781"/>
          <w:tblHeader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1A8966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Lp</w:t>
            </w:r>
            <w:proofErr w:type="spellEnd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15EAE3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E108B1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Liczba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godzin</w:t>
            </w: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173C74" w14:textId="6573EE6A" w:rsidR="001F3FF3" w:rsidRPr="000306B1" w:rsidRDefault="00F37A7C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eastAsia="Arial"/>
                <w:b/>
                <w:color w:val="000000" w:themeColor="text1"/>
                <w:sz w:val="24"/>
                <w:szCs w:val="24"/>
              </w:rPr>
              <w:t>W</w:t>
            </w:r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ykonane</w:t>
            </w:r>
            <w:proofErr w:type="spellEnd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czynności</w:t>
            </w:r>
            <w:proofErr w:type="spellEnd"/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6F2EC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Podpis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opiekuna</w:t>
            </w:r>
          </w:p>
        </w:tc>
      </w:tr>
      <w:tr w:rsidR="000306B1" w:rsidRPr="000306B1" w14:paraId="7F7C9506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28E4C0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DC527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54B2B0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57F5C2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7BFBEE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44356AF9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E16E4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2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111A7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F11ED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1F9E45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07899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68AD626B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5B07E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3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60AA0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681A6C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CA8472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47C06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4E640A67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5A0D3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4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17A575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33513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7DCE4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31D923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3F17D62C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EFEC01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5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3DD35C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2209A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0985EC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63574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</w:tbl>
    <w:p w14:paraId="1080233D" w14:textId="77777777" w:rsidR="001F3FF3" w:rsidRPr="000306B1" w:rsidRDefault="001F3FF3">
      <w:pPr>
        <w:rPr>
          <w:color w:val="000000" w:themeColor="text1"/>
        </w:rPr>
        <w:sectPr w:rsidR="001F3FF3" w:rsidRPr="000306B1">
          <w:pgSz w:w="11906" w:h="16838"/>
          <w:pgMar w:top="964" w:right="1134" w:bottom="907" w:left="1134" w:header="454" w:footer="454" w:gutter="0"/>
          <w:cols w:space="720"/>
          <w:docGrid w:linePitch="360"/>
        </w:sectPr>
      </w:pPr>
    </w:p>
    <w:p w14:paraId="1ED4990E" w14:textId="77777777" w:rsidR="001F3FF3" w:rsidRPr="000306B1" w:rsidRDefault="00000000">
      <w:pPr>
        <w:keepNext/>
        <w:spacing w:after="140"/>
        <w:rPr>
          <w:color w:val="000000" w:themeColor="text1"/>
        </w:rPr>
      </w:pPr>
      <w:r w:rsidRPr="000306B1">
        <w:rPr>
          <w:rFonts w:eastAsia="Arial"/>
          <w:b/>
          <w:color w:val="000000" w:themeColor="text1"/>
          <w:sz w:val="24"/>
        </w:rPr>
        <w:lastRenderedPageBreak/>
        <w:t>PRZEBIEG PRAKTYKI ZAWODOWEJ</w:t>
      </w:r>
    </w:p>
    <w:tbl>
      <w:tblPr>
        <w:tblW w:w="9756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50"/>
        <w:gridCol w:w="1063"/>
        <w:gridCol w:w="5617"/>
        <w:gridCol w:w="1417"/>
      </w:tblGrid>
      <w:tr w:rsidR="000306B1" w:rsidRPr="000306B1" w14:paraId="23B60565" w14:textId="77777777" w:rsidTr="001C393F">
        <w:trPr>
          <w:trHeight w:val="789"/>
          <w:tblHeader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0062E9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Lp</w:t>
            </w:r>
            <w:proofErr w:type="spellEnd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F60A7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BE8F7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Liczba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godzin</w:t>
            </w: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754723" w14:textId="0BB59522" w:rsidR="001F3FF3" w:rsidRPr="000306B1" w:rsidRDefault="00F37A7C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eastAsia="Arial"/>
                <w:b/>
                <w:color w:val="000000" w:themeColor="text1"/>
                <w:sz w:val="24"/>
                <w:szCs w:val="24"/>
              </w:rPr>
              <w:t>W</w:t>
            </w:r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ykonane</w:t>
            </w:r>
            <w:proofErr w:type="spellEnd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czynności</w:t>
            </w:r>
            <w:proofErr w:type="spellEnd"/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36E9DA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Podpis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opiekuna</w:t>
            </w:r>
          </w:p>
        </w:tc>
      </w:tr>
      <w:tr w:rsidR="000306B1" w:rsidRPr="000306B1" w14:paraId="12CE6799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F9CC2F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6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1AEE68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38E2A0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ADB9C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A7AE1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19F9E860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917C0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7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0D8F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F9E9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40F86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46D8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77550C2A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45DAE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8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A9587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675A8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89188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3F9D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4A916881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09DA6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9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C9C7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BF6D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F9A658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6F4AB1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2FF40CD8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62EE89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10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65D72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FC0E1F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68703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66706D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</w:tbl>
    <w:p w14:paraId="409D8F10" w14:textId="77777777" w:rsidR="001F3FF3" w:rsidRPr="000306B1" w:rsidRDefault="001F3FF3">
      <w:pPr>
        <w:rPr>
          <w:color w:val="000000" w:themeColor="text1"/>
        </w:rPr>
        <w:sectPr w:rsidR="001F3FF3" w:rsidRPr="000306B1">
          <w:pgSz w:w="11906" w:h="16838"/>
          <w:pgMar w:top="964" w:right="1134" w:bottom="907" w:left="1134" w:header="454" w:footer="454" w:gutter="0"/>
          <w:cols w:space="720"/>
          <w:docGrid w:linePitch="360"/>
        </w:sectPr>
      </w:pPr>
    </w:p>
    <w:p w14:paraId="1ED4990E" w14:textId="77777777" w:rsidR="001F3FF3" w:rsidRPr="000306B1" w:rsidRDefault="00000000">
      <w:pPr>
        <w:keepNext/>
        <w:spacing w:after="140"/>
        <w:rPr>
          <w:color w:val="000000" w:themeColor="text1"/>
        </w:rPr>
      </w:pPr>
      <w:r w:rsidRPr="000306B1">
        <w:rPr>
          <w:rFonts w:eastAsia="Arial"/>
          <w:b/>
          <w:color w:val="000000" w:themeColor="text1"/>
          <w:sz w:val="24"/>
        </w:rPr>
        <w:lastRenderedPageBreak/>
        <w:t>PRZEBIEG PRAKTYKI ZAWODOWEJ</w:t>
      </w:r>
    </w:p>
    <w:tbl>
      <w:tblPr>
        <w:tblW w:w="9756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50"/>
        <w:gridCol w:w="1063"/>
        <w:gridCol w:w="5617"/>
        <w:gridCol w:w="1417"/>
      </w:tblGrid>
      <w:tr w:rsidR="000306B1" w:rsidRPr="000306B1" w14:paraId="23B60565" w14:textId="77777777" w:rsidTr="001C393F">
        <w:trPr>
          <w:trHeight w:val="789"/>
          <w:tblHeader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0062E9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Lp</w:t>
            </w:r>
            <w:proofErr w:type="spellEnd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F60A7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BE8F7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Liczba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godzin</w:t>
            </w: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754723" w14:textId="0BB59522" w:rsidR="001F3FF3" w:rsidRPr="000306B1" w:rsidRDefault="00F37A7C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eastAsia="Arial"/>
                <w:b/>
                <w:color w:val="000000" w:themeColor="text1"/>
                <w:sz w:val="24"/>
                <w:szCs w:val="24"/>
              </w:rPr>
              <w:t>W</w:t>
            </w:r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ykonane</w:t>
            </w:r>
            <w:proofErr w:type="spellEnd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czynności</w:t>
            </w:r>
            <w:proofErr w:type="spellEnd"/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36E9DA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Podpis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opiekuna</w:t>
            </w:r>
          </w:p>
        </w:tc>
      </w:tr>
      <w:tr w:rsidR="000306B1" w:rsidRPr="000306B1" w14:paraId="12CE6799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F9CC2F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11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1AEE68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38E2A0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ADB9C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A7AE1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19F9E860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917C0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12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0D8F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F9E9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40F86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46D8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77550C2A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45DAE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13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A9587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675A8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89188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3F9D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4A916881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09DA6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14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C9C7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BF6D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F9A658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6F4AB1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2FF40CD8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62EE89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15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65D72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FC0E1F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68703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66706D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</w:tbl>
    <w:p w14:paraId="409D8F10" w14:textId="77777777" w:rsidR="001F3FF3" w:rsidRPr="000306B1" w:rsidRDefault="001F3FF3">
      <w:pPr>
        <w:rPr>
          <w:color w:val="000000" w:themeColor="text1"/>
        </w:rPr>
        <w:sectPr w:rsidR="001F3FF3" w:rsidRPr="000306B1">
          <w:pgSz w:w="11906" w:h="16838"/>
          <w:pgMar w:top="964" w:right="1134" w:bottom="907" w:left="1134" w:header="454" w:footer="454" w:gutter="0"/>
          <w:cols w:space="720"/>
          <w:docGrid w:linePitch="360"/>
        </w:sectPr>
      </w:pPr>
    </w:p>
    <w:p w14:paraId="1ED4990E" w14:textId="77777777" w:rsidR="001F3FF3" w:rsidRPr="000306B1" w:rsidRDefault="00000000">
      <w:pPr>
        <w:keepNext/>
        <w:spacing w:after="140"/>
        <w:rPr>
          <w:color w:val="000000" w:themeColor="text1"/>
        </w:rPr>
      </w:pPr>
      <w:r w:rsidRPr="000306B1">
        <w:rPr>
          <w:rFonts w:eastAsia="Arial"/>
          <w:b/>
          <w:color w:val="000000" w:themeColor="text1"/>
          <w:sz w:val="24"/>
        </w:rPr>
        <w:lastRenderedPageBreak/>
        <w:t>PRZEBIEG PRAKTYKI ZAWODOWEJ</w:t>
      </w:r>
    </w:p>
    <w:tbl>
      <w:tblPr>
        <w:tblW w:w="9756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50"/>
        <w:gridCol w:w="1063"/>
        <w:gridCol w:w="5617"/>
        <w:gridCol w:w="1417"/>
      </w:tblGrid>
      <w:tr w:rsidR="000306B1" w:rsidRPr="000306B1" w14:paraId="23B60565" w14:textId="77777777" w:rsidTr="001C393F">
        <w:trPr>
          <w:trHeight w:val="789"/>
          <w:tblHeader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0062E9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Lp</w:t>
            </w:r>
            <w:proofErr w:type="spellEnd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F60A7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BE8F7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Liczba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godzin</w:t>
            </w: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754723" w14:textId="0BB59522" w:rsidR="001F3FF3" w:rsidRPr="000306B1" w:rsidRDefault="00F37A7C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eastAsia="Arial"/>
                <w:b/>
                <w:color w:val="000000" w:themeColor="text1"/>
                <w:sz w:val="24"/>
                <w:szCs w:val="24"/>
              </w:rPr>
              <w:t>W</w:t>
            </w:r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ykonane</w:t>
            </w:r>
            <w:proofErr w:type="spellEnd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czynności</w:t>
            </w:r>
            <w:proofErr w:type="spellEnd"/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36E9DA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Podpis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opiekuna</w:t>
            </w:r>
          </w:p>
        </w:tc>
      </w:tr>
      <w:tr w:rsidR="000306B1" w:rsidRPr="000306B1" w14:paraId="12CE6799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F9CC2F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16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1AEE68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38E2A0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ADB9C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A7AE1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19F9E860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917C0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17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0D8F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F9E9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40F86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46D8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77550C2A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45DAE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18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A9587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675A8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89188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3F9D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4A916881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09DA6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19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C9C7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BF6D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F9A658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6F4AB1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2FF40CD8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62EE89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20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65D72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FC0E1F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68703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66706D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</w:tbl>
    <w:p w14:paraId="409D8F10" w14:textId="77777777" w:rsidR="001F3FF3" w:rsidRPr="000306B1" w:rsidRDefault="001F3FF3">
      <w:pPr>
        <w:rPr>
          <w:color w:val="000000" w:themeColor="text1"/>
        </w:rPr>
        <w:sectPr w:rsidR="001F3FF3" w:rsidRPr="000306B1">
          <w:pgSz w:w="11906" w:h="16838"/>
          <w:pgMar w:top="964" w:right="1134" w:bottom="907" w:left="1134" w:header="454" w:footer="454" w:gutter="0"/>
          <w:cols w:space="720"/>
          <w:docGrid w:linePitch="360"/>
        </w:sectPr>
      </w:pPr>
    </w:p>
    <w:p w14:paraId="7786356C" w14:textId="77777777" w:rsidR="001F3FF3" w:rsidRPr="000306B1" w:rsidRDefault="00000000">
      <w:pPr>
        <w:keepNext/>
        <w:spacing w:after="200"/>
        <w:rPr>
          <w:color w:val="000000" w:themeColor="text1"/>
          <w:sz w:val="28"/>
          <w:szCs w:val="28"/>
        </w:rPr>
      </w:pPr>
      <w:r w:rsidRPr="000306B1">
        <w:rPr>
          <w:rFonts w:eastAsia="Arial"/>
          <w:b/>
          <w:color w:val="000000" w:themeColor="text1"/>
          <w:sz w:val="28"/>
          <w:szCs w:val="28"/>
        </w:rPr>
        <w:lastRenderedPageBreak/>
        <w:t>PODSUMOWANIE PRAKTYKI</w:t>
      </w:r>
    </w:p>
    <w:tbl>
      <w:tblPr>
        <w:tblW w:w="9638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7188"/>
      </w:tblGrid>
      <w:tr w:rsidR="000306B1" w:rsidRPr="000306B1" w14:paraId="110E2850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BC5D8D" w14:textId="77777777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Łączna liczba zrealizowanych godzin</w:t>
            </w:r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DEB06" w14:textId="77777777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color w:val="000000" w:themeColor="text1"/>
                <w:sz w:val="24"/>
                <w:szCs w:val="24"/>
              </w:rPr>
              <w:t>........................................ / 160 godzin</w:t>
            </w:r>
          </w:p>
        </w:tc>
      </w:tr>
      <w:tr w:rsidR="000306B1" w:rsidRPr="000306B1" w14:paraId="19C597D8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2D4473" w14:textId="6F474901" w:rsidR="001F3FF3" w:rsidRPr="000306B1" w:rsidRDefault="00F37A7C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Ocena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końcowa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praktyki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A7E33E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C5EF689" w14:textId="77777777" w:rsidR="001F3FF3" w:rsidRPr="000306B1" w:rsidRDefault="00000000">
      <w:pPr>
        <w:keepNext/>
        <w:spacing w:before="320" w:after="140"/>
        <w:rPr>
          <w:color w:val="000000" w:themeColor="text1"/>
          <w:sz w:val="24"/>
          <w:szCs w:val="24"/>
        </w:rPr>
      </w:pPr>
      <w:proofErr w:type="spellStart"/>
      <w:r w:rsidRPr="000306B1">
        <w:rPr>
          <w:rFonts w:eastAsia="Arial"/>
          <w:b/>
          <w:color w:val="000000" w:themeColor="text1"/>
          <w:sz w:val="24"/>
          <w:szCs w:val="24"/>
        </w:rPr>
        <w:t>Opinia</w:t>
      </w:r>
      <w:proofErr w:type="spellEnd"/>
      <w:r w:rsidRPr="000306B1">
        <w:rPr>
          <w:rFonts w:eastAsia="Arial"/>
          <w:b/>
          <w:color w:val="000000" w:themeColor="text1"/>
          <w:sz w:val="24"/>
          <w:szCs w:val="24"/>
        </w:rPr>
        <w:t xml:space="preserve"> o przebiegu praktyki zawodowej</w:t>
      </w:r>
    </w:p>
    <w:p w14:paraId="7224C108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070E32E4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46C3065B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42D7AD5F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6722E6F5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41032FDA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324F98C9" w14:textId="77777777" w:rsidR="001F3FF3" w:rsidRDefault="00000000">
      <w:pPr>
        <w:spacing w:after="160"/>
        <w:rPr>
          <w:rFonts w:eastAsia="Arial"/>
          <w:color w:val="000000" w:themeColor="text1"/>
          <w:sz w:val="18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51B5530E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3440150E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1974932E" w14:textId="77777777" w:rsidR="00BD744F" w:rsidRDefault="00BD744F" w:rsidP="00BD744F">
      <w:pPr>
        <w:spacing w:after="160"/>
        <w:rPr>
          <w:rFonts w:eastAsia="Arial"/>
          <w:color w:val="000000" w:themeColor="text1"/>
          <w:sz w:val="18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53749386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3A4C6F5F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2159545F" w14:textId="77777777" w:rsidR="00BD744F" w:rsidRDefault="00BD744F" w:rsidP="00BD744F">
      <w:pPr>
        <w:spacing w:after="160"/>
        <w:rPr>
          <w:rFonts w:eastAsia="Arial"/>
          <w:color w:val="000000" w:themeColor="text1"/>
          <w:sz w:val="18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0991C03A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37881AE2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7B7C2834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02EE431F" w14:textId="77777777" w:rsidR="00BD744F" w:rsidRPr="000306B1" w:rsidRDefault="00BD744F" w:rsidP="00BD744F">
      <w:pPr>
        <w:spacing w:after="160"/>
        <w:rPr>
          <w:color w:val="000000" w:themeColor="text1"/>
        </w:rPr>
      </w:pPr>
    </w:p>
    <w:p w14:paraId="52C10F4B" w14:textId="77777777" w:rsidR="00BD744F" w:rsidRPr="000306B1" w:rsidRDefault="00BD744F" w:rsidP="00BD744F">
      <w:pPr>
        <w:spacing w:after="160"/>
        <w:rPr>
          <w:color w:val="000000" w:themeColor="text1"/>
        </w:rPr>
      </w:pPr>
    </w:p>
    <w:p w14:paraId="3B01DE2E" w14:textId="77777777" w:rsidR="00BD744F" w:rsidRPr="000306B1" w:rsidRDefault="00BD744F">
      <w:pPr>
        <w:spacing w:after="160"/>
        <w:rPr>
          <w:color w:val="000000" w:themeColor="text1"/>
        </w:rPr>
      </w:pPr>
    </w:p>
    <w:p w14:paraId="0408B3DA" w14:textId="77777777" w:rsidR="001F3FF3" w:rsidRPr="000306B1" w:rsidRDefault="00000000">
      <w:pPr>
        <w:spacing w:before="200" w:after="520"/>
        <w:jc w:val="right"/>
        <w:rPr>
          <w:color w:val="000000" w:themeColor="text1"/>
          <w:sz w:val="24"/>
          <w:szCs w:val="24"/>
        </w:rPr>
      </w:pPr>
      <w:r w:rsidRPr="000306B1">
        <w:rPr>
          <w:rFonts w:eastAsia="Arial"/>
          <w:b/>
          <w:color w:val="000000" w:themeColor="text1"/>
          <w:sz w:val="24"/>
          <w:szCs w:val="24"/>
        </w:rPr>
        <w:t>PRACODAWCA</w:t>
      </w:r>
    </w:p>
    <w:p w14:paraId="5EA143E7" w14:textId="77777777" w:rsidR="000306B1" w:rsidRDefault="000306B1">
      <w:pPr>
        <w:spacing w:after="40"/>
        <w:jc w:val="right"/>
        <w:rPr>
          <w:rFonts w:eastAsia="Arial"/>
          <w:color w:val="000000" w:themeColor="text1"/>
          <w:sz w:val="18"/>
        </w:rPr>
      </w:pPr>
    </w:p>
    <w:p w14:paraId="5CE85DCD" w14:textId="775A8863" w:rsidR="001F3FF3" w:rsidRPr="000306B1" w:rsidRDefault="00000000">
      <w:pPr>
        <w:spacing w:after="40"/>
        <w:jc w:val="right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</w:t>
      </w:r>
      <w:r w:rsidR="00F37A7C">
        <w:rPr>
          <w:rFonts w:eastAsia="Arial"/>
          <w:color w:val="000000" w:themeColor="text1"/>
          <w:sz w:val="18"/>
        </w:rPr>
        <w:t>.......</w:t>
      </w:r>
      <w:r w:rsidRPr="000306B1">
        <w:rPr>
          <w:rFonts w:eastAsia="Arial"/>
          <w:color w:val="000000" w:themeColor="text1"/>
          <w:sz w:val="18"/>
        </w:rPr>
        <w:t>........................................................</w:t>
      </w:r>
    </w:p>
    <w:p w14:paraId="596376BC" w14:textId="5A716588" w:rsidR="001F3FF3" w:rsidRPr="000306B1" w:rsidRDefault="00F37A7C">
      <w:pPr>
        <w:jc w:val="right"/>
        <w:rPr>
          <w:color w:val="000000" w:themeColor="text1"/>
        </w:rPr>
      </w:pPr>
      <w:r>
        <w:rPr>
          <w:rFonts w:eastAsia="Arial"/>
          <w:color w:val="000000" w:themeColor="text1"/>
          <w:sz w:val="16"/>
        </w:rPr>
        <w:t xml:space="preserve">data,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pieczęć</w:t>
      </w:r>
      <w:proofErr w:type="spellEnd"/>
      <w:r w:rsidR="00000000" w:rsidRPr="000306B1">
        <w:rPr>
          <w:rFonts w:eastAsia="Arial"/>
          <w:color w:val="000000" w:themeColor="text1"/>
          <w:sz w:val="16"/>
        </w:rPr>
        <w:t xml:space="preserve">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i</w:t>
      </w:r>
      <w:proofErr w:type="spellEnd"/>
      <w:r w:rsidR="00000000" w:rsidRPr="000306B1">
        <w:rPr>
          <w:rFonts w:eastAsia="Arial"/>
          <w:color w:val="000000" w:themeColor="text1"/>
          <w:sz w:val="16"/>
        </w:rPr>
        <w:t xml:space="preserve">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podpis</w:t>
      </w:r>
      <w:proofErr w:type="spellEnd"/>
      <w:r w:rsidR="00000000" w:rsidRPr="000306B1">
        <w:rPr>
          <w:rFonts w:eastAsia="Arial"/>
          <w:color w:val="000000" w:themeColor="text1"/>
          <w:sz w:val="16"/>
        </w:rPr>
        <w:t xml:space="preserve">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osoby</w:t>
      </w:r>
      <w:proofErr w:type="spellEnd"/>
      <w:r w:rsidR="00000000" w:rsidRPr="000306B1">
        <w:rPr>
          <w:rFonts w:eastAsia="Arial"/>
          <w:color w:val="000000" w:themeColor="text1"/>
          <w:sz w:val="16"/>
        </w:rPr>
        <w:t xml:space="preserve">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uprawnionej</w:t>
      </w:r>
      <w:proofErr w:type="spellEnd"/>
    </w:p>
    <w:sectPr w:rsidR="001F3FF3" w:rsidRPr="000306B1" w:rsidSect="00034616">
      <w:pgSz w:w="11906" w:h="16838"/>
      <w:pgMar w:top="964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DCAB7" w14:textId="77777777" w:rsidR="009C78D2" w:rsidRDefault="009C78D2">
      <w:pPr>
        <w:spacing w:after="0" w:line="240" w:lineRule="auto"/>
      </w:pPr>
      <w:r>
        <w:separator/>
      </w:r>
    </w:p>
  </w:endnote>
  <w:endnote w:type="continuationSeparator" w:id="0">
    <w:p w14:paraId="2BD05B63" w14:textId="77777777" w:rsidR="009C78D2" w:rsidRDefault="009C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A6CD" w14:textId="77777777" w:rsidR="001F3FF3" w:rsidRDefault="00000000">
    <w:pPr>
      <w:pStyle w:val="Stopka"/>
      <w:jc w:val="right"/>
    </w:pPr>
    <w:r>
      <w:rPr>
        <w:rFonts w:eastAsia="Arial"/>
        <w:color w:val="66717E"/>
        <w:sz w:val="16"/>
      </w:rPr>
      <w:t xml:space="preserve">str. </w:t>
    </w:r>
    <w:r>
      <w:fldChar w:fldCharType="begin"/>
    </w:r>
    <w:r>
      <w:instrText>PAGE</w:instrText>
    </w:r>
    <w:r>
      <w:fldChar w:fldCharType="separate"/>
    </w:r>
    <w:r w:rsidR="000306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BDFE1" w14:textId="77777777" w:rsidR="009C78D2" w:rsidRDefault="009C78D2">
      <w:pPr>
        <w:spacing w:after="0" w:line="240" w:lineRule="auto"/>
      </w:pPr>
      <w:r>
        <w:separator/>
      </w:r>
    </w:p>
  </w:footnote>
  <w:footnote w:type="continuationSeparator" w:id="0">
    <w:p w14:paraId="76E1E9D4" w14:textId="77777777" w:rsidR="009C78D2" w:rsidRDefault="009C7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031CE" w14:textId="77777777" w:rsidR="001F3FF3" w:rsidRDefault="00000000">
    <w:pPr>
      <w:pStyle w:val="Nagwek"/>
      <w:jc w:val="right"/>
    </w:pPr>
    <w:r>
      <w:rPr>
        <w:rFonts w:eastAsia="Arial"/>
        <w:b/>
        <w:color w:val="66717E"/>
        <w:sz w:val="16"/>
      </w:rPr>
      <w:t>DZIENNIK PRAKTYKI ZAWODOWEJ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2664409">
    <w:abstractNumId w:val="8"/>
  </w:num>
  <w:num w:numId="2" w16cid:durableId="504319289">
    <w:abstractNumId w:val="6"/>
  </w:num>
  <w:num w:numId="3" w16cid:durableId="1955164262">
    <w:abstractNumId w:val="5"/>
  </w:num>
  <w:num w:numId="4" w16cid:durableId="1734616092">
    <w:abstractNumId w:val="4"/>
  </w:num>
  <w:num w:numId="5" w16cid:durableId="408887528">
    <w:abstractNumId w:val="7"/>
  </w:num>
  <w:num w:numId="6" w16cid:durableId="1143278260">
    <w:abstractNumId w:val="3"/>
  </w:num>
  <w:num w:numId="7" w16cid:durableId="106318688">
    <w:abstractNumId w:val="2"/>
  </w:num>
  <w:num w:numId="8" w16cid:durableId="326056080">
    <w:abstractNumId w:val="1"/>
  </w:num>
  <w:num w:numId="9" w16cid:durableId="682627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6B1"/>
    <w:rsid w:val="00034616"/>
    <w:rsid w:val="0006063C"/>
    <w:rsid w:val="0015074B"/>
    <w:rsid w:val="001C393F"/>
    <w:rsid w:val="001F3FF3"/>
    <w:rsid w:val="0029639D"/>
    <w:rsid w:val="002D2202"/>
    <w:rsid w:val="00326F90"/>
    <w:rsid w:val="00634640"/>
    <w:rsid w:val="00677FF3"/>
    <w:rsid w:val="006955D1"/>
    <w:rsid w:val="007435CB"/>
    <w:rsid w:val="0095489A"/>
    <w:rsid w:val="009C78D2"/>
    <w:rsid w:val="00AA1D8D"/>
    <w:rsid w:val="00B47730"/>
    <w:rsid w:val="00BD744F"/>
    <w:rsid w:val="00CB0664"/>
    <w:rsid w:val="00EA29FD"/>
    <w:rsid w:val="00F37A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8B701"/>
  <w14:defaultImageDpi w14:val="300"/>
  <w15:docId w15:val="{99B7BD52-D20F-45B5-84F8-CE705ECE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4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567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Dziennik praktyki zawodowej - 160 godzin</dc:title>
  <dc:subject>Dziennik praktyki zawodowej ucznia</dc:subject>
  <dc:creator>Zespół Szkół Ponadpodstawowych nr 4 im. Kazimierza Wielkiego w Siedlcach</dc:creator>
  <cp:keywords/>
  <dc:description>generated by python-docx</dc:description>
  <cp:lastModifiedBy>Artur Zatyka</cp:lastModifiedBy>
  <cp:revision>11</cp:revision>
  <dcterms:created xsi:type="dcterms:W3CDTF">2013-12-23T23:15:00Z</dcterms:created>
  <dcterms:modified xsi:type="dcterms:W3CDTF">2026-09-20T07:48:00Z</dcterms:modified>
  <cp:category/>
</cp:coreProperties>
</file>