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4E0E" w14:textId="77777777" w:rsidR="001F3FF3" w:rsidRPr="000306B1" w:rsidRDefault="00000000">
      <w:pPr>
        <w:spacing w:after="360"/>
        <w:jc w:val="center"/>
        <w:rPr>
          <w:color w:val="000000" w:themeColor="text1"/>
          <w:szCs w:val="20"/>
        </w:rPr>
      </w:pPr>
      <w:r w:rsidRPr="000306B1">
        <w:rPr>
          <w:rFonts w:eastAsia="Arial"/>
          <w:b/>
          <w:color w:val="000000" w:themeColor="text1"/>
          <w:szCs w:val="20"/>
        </w:rPr>
        <w:t>ZESPÓŁ SZKÓŁ PONADPODSTAWOWYCH NR 4 IM. KAZIMIERZA WIELKIEGO W SIEDLCACH</w:t>
      </w:r>
    </w:p>
    <w:p w14:paraId="6B184553" w14:textId="77777777" w:rsidR="001F3FF3" w:rsidRPr="000306B1" w:rsidRDefault="00000000">
      <w:pPr>
        <w:spacing w:after="80"/>
        <w:jc w:val="center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36"/>
        </w:rPr>
        <w:t>DZIENNIK PRAKTYKI ZAWODOWEJ</w:t>
      </w:r>
    </w:p>
    <w:p w14:paraId="1D2883FB" w14:textId="6177CBDE" w:rsidR="001F3FF3" w:rsidRPr="000306B1" w:rsidRDefault="007435CB">
      <w:pPr>
        <w:spacing w:after="360"/>
        <w:jc w:val="center"/>
        <w:rPr>
          <w:color w:val="000000" w:themeColor="text1"/>
        </w:rPr>
      </w:pPr>
      <w:proofErr w:type="spellStart"/>
      <w:r>
        <w:rPr>
          <w:rFonts w:eastAsia="Arial"/>
          <w:b/>
          <w:color w:val="000000" w:themeColor="text1"/>
          <w:sz w:val="22"/>
        </w:rPr>
        <w:t>Łączny</w:t>
      </w:r>
      <w:proofErr w:type="spellEnd"/>
      <w:r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>
        <w:rPr>
          <w:rFonts w:eastAsia="Arial"/>
          <w:b/>
          <w:color w:val="000000" w:themeColor="text1"/>
          <w:sz w:val="22"/>
        </w:rPr>
        <w:t>w</w:t>
      </w:r>
      <w:r w:rsidR="00000000" w:rsidRPr="000306B1">
        <w:rPr>
          <w:rFonts w:eastAsia="Arial"/>
          <w:b/>
          <w:color w:val="000000" w:themeColor="text1"/>
          <w:sz w:val="22"/>
        </w:rPr>
        <w:t>ymiar</w:t>
      </w:r>
      <w:proofErr w:type="spellEnd"/>
      <w:r w:rsidR="00000000" w:rsidRPr="000306B1"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 w:rsidR="00000000" w:rsidRPr="000306B1">
        <w:rPr>
          <w:rFonts w:eastAsia="Arial"/>
          <w:b/>
          <w:color w:val="000000" w:themeColor="text1"/>
          <w:sz w:val="22"/>
        </w:rPr>
        <w:t>praktyki</w:t>
      </w:r>
      <w:proofErr w:type="spellEnd"/>
      <w:r w:rsidR="00000000" w:rsidRPr="000306B1">
        <w:rPr>
          <w:rFonts w:eastAsia="Arial"/>
          <w:b/>
          <w:color w:val="000000" w:themeColor="text1"/>
          <w:sz w:val="22"/>
        </w:rPr>
        <w:t xml:space="preserve">: 60 </w:t>
      </w:r>
      <w:proofErr w:type="spellStart"/>
      <w:r w:rsidR="00000000" w:rsidRPr="000306B1">
        <w:rPr>
          <w:rFonts w:eastAsia="Arial"/>
          <w:b/>
          <w:color w:val="000000" w:themeColor="text1"/>
          <w:sz w:val="22"/>
        </w:rPr>
        <w:t>godzin</w:t>
      </w:r>
      <w:proofErr w:type="spellEnd"/>
    </w:p>
    <w:tbl>
      <w:tblPr>
        <w:tblW w:w="963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7188"/>
      </w:tblGrid>
      <w:tr w:rsidR="000306B1" w:rsidRPr="000306B1" w14:paraId="3F03A542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5BED5B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Imię i nazwisko ucznia</w:t>
            </w:r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D863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7911CF3D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79964" w14:textId="010B8FFE" w:rsidR="001F3FF3" w:rsidRPr="000306B1" w:rsidRDefault="002D2202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Klasa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43E96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2E0F48FE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853B1" w14:textId="11605FA1" w:rsidR="001F3FF3" w:rsidRPr="000306B1" w:rsidRDefault="002D2202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Zawód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F82F1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0F62026E" w14:textId="77777777" w:rsidTr="002D2202">
        <w:trPr>
          <w:trHeight w:val="1502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701244" w14:textId="35D99365" w:rsidR="001F3FF3" w:rsidRPr="000306B1" w:rsidRDefault="002D2202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Nazwa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adres</w:t>
            </w:r>
            <w:proofErr w:type="spellEnd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zakładu</w:t>
            </w:r>
            <w:proofErr w:type="spellEnd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D2202">
              <w:rPr>
                <w:rFonts w:eastAsia="Arial"/>
                <w:b/>
                <w:color w:val="000000" w:themeColor="text1"/>
                <w:sz w:val="24"/>
                <w:szCs w:val="24"/>
              </w:rPr>
              <w:t>pracy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973F3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0306B1" w:rsidRPr="000306B1" w14:paraId="3E9D6C42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B6DD62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Termin praktyki</w:t>
            </w:r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7F6A1" w14:textId="0D4E3079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color w:val="000000" w:themeColor="text1"/>
                <w:sz w:val="24"/>
                <w:szCs w:val="24"/>
              </w:rPr>
              <w:t xml:space="preserve">od </w:t>
            </w:r>
            <w:r w:rsidR="00677FF3">
              <w:rPr>
                <w:rFonts w:eastAsia="Arial"/>
                <w:color w:val="000000" w:themeColor="text1"/>
                <w:sz w:val="24"/>
                <w:szCs w:val="24"/>
              </w:rPr>
              <w:t xml:space="preserve">                                        </w:t>
            </w:r>
            <w:r w:rsidRPr="000306B1">
              <w:rPr>
                <w:rFonts w:eastAsia="Arial"/>
                <w:color w:val="000000" w:themeColor="text1"/>
                <w:sz w:val="24"/>
                <w:szCs w:val="24"/>
              </w:rPr>
              <w:t xml:space="preserve"> do </w:t>
            </w:r>
          </w:p>
        </w:tc>
      </w:tr>
      <w:tr w:rsidR="000306B1" w:rsidRPr="000306B1" w14:paraId="150F5512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4EFDDD" w14:textId="57A27374" w:rsidR="001F3FF3" w:rsidRPr="000306B1" w:rsidRDefault="00F37A7C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Imię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nazwisko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opiekuna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praktyki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DD19D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83F4FA3" w14:textId="77777777" w:rsidR="001F3FF3" w:rsidRPr="000306B1" w:rsidRDefault="00000000">
      <w:pPr>
        <w:keepNext/>
        <w:spacing w:before="320" w:after="120"/>
        <w:rPr>
          <w:color w:val="000000" w:themeColor="text1"/>
        </w:rPr>
      </w:pPr>
      <w:proofErr w:type="spellStart"/>
      <w:r w:rsidRPr="000306B1">
        <w:rPr>
          <w:rFonts w:eastAsia="Arial"/>
          <w:b/>
          <w:color w:val="000000" w:themeColor="text1"/>
          <w:sz w:val="22"/>
        </w:rPr>
        <w:t>Zasady</w:t>
      </w:r>
      <w:proofErr w:type="spellEnd"/>
      <w:r w:rsidRPr="000306B1"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 w:rsidRPr="000306B1">
        <w:rPr>
          <w:rFonts w:eastAsia="Arial"/>
          <w:b/>
          <w:color w:val="000000" w:themeColor="text1"/>
          <w:sz w:val="22"/>
        </w:rPr>
        <w:t>prowadzenia</w:t>
      </w:r>
      <w:proofErr w:type="spellEnd"/>
      <w:r w:rsidRPr="000306B1">
        <w:rPr>
          <w:rFonts w:eastAsia="Arial"/>
          <w:b/>
          <w:color w:val="000000" w:themeColor="text1"/>
          <w:sz w:val="22"/>
        </w:rPr>
        <w:t xml:space="preserve"> </w:t>
      </w:r>
      <w:proofErr w:type="spellStart"/>
      <w:r w:rsidRPr="000306B1">
        <w:rPr>
          <w:rFonts w:eastAsia="Arial"/>
          <w:b/>
          <w:color w:val="000000" w:themeColor="text1"/>
          <w:sz w:val="22"/>
        </w:rPr>
        <w:t>dziennika</w:t>
      </w:r>
      <w:proofErr w:type="spellEnd"/>
    </w:p>
    <w:p w14:paraId="7FDEC740" w14:textId="77777777" w:rsidR="001F3FF3" w:rsidRPr="000306B1" w:rsidRDefault="00000000">
      <w:pPr>
        <w:spacing w:after="8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1. Uczeń wpisuje datę, liczbę zrealizowanych godzin i krótki opis rzeczywiście wykonywanych czynności.</w:t>
      </w:r>
    </w:p>
    <w:p w14:paraId="208ED471" w14:textId="77777777" w:rsidR="001F3FF3" w:rsidRPr="000306B1" w:rsidRDefault="00000000">
      <w:pPr>
        <w:spacing w:after="8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2. Opiekun praktyki potwierdza wpisy w dzienniku.</w:t>
      </w:r>
    </w:p>
    <w:p w14:paraId="2278C600" w14:textId="77777777" w:rsidR="001F3FF3" w:rsidRPr="000306B1" w:rsidRDefault="00000000">
      <w:pPr>
        <w:spacing w:after="8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3. Wpisy powinny odpowiadać faktycznemu przebiegowi praktyki i zakresowi programu praktyki zawodowej.</w:t>
      </w:r>
    </w:p>
    <w:p w14:paraId="0E50A467" w14:textId="77777777" w:rsidR="001F3FF3" w:rsidRPr="000306B1" w:rsidRDefault="001F3FF3">
      <w:pPr>
        <w:rPr>
          <w:color w:val="000000" w:themeColor="text1"/>
        </w:rPr>
        <w:sectPr w:rsidR="001F3FF3" w:rsidRPr="000306B1">
          <w:headerReference w:type="default" r:id="rId8"/>
          <w:footerReference w:type="default" r:id="rId9"/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46BFB1F3" w14:textId="77777777" w:rsidR="001F3FF3" w:rsidRPr="000306B1" w:rsidRDefault="00000000">
      <w:pPr>
        <w:keepNext/>
        <w:spacing w:after="140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24"/>
        </w:rPr>
        <w:lastRenderedPageBreak/>
        <w:t>PRZEBIEG PRAKTYKI ZAWODOWEJ</w:t>
      </w:r>
    </w:p>
    <w:tbl>
      <w:tblPr>
        <w:tblW w:w="965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2"/>
        <w:gridCol w:w="1051"/>
        <w:gridCol w:w="5556"/>
        <w:gridCol w:w="1402"/>
      </w:tblGrid>
      <w:tr w:rsidR="000306B1" w:rsidRPr="000306B1" w14:paraId="7B523E31" w14:textId="77777777" w:rsidTr="001C393F">
        <w:trPr>
          <w:trHeight w:val="781"/>
          <w:tblHeader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1A8966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Lp</w:t>
            </w:r>
            <w:proofErr w:type="spellEnd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5EAE3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108B1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Liczba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godzin</w:t>
            </w: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173C74" w14:textId="6573EE6A" w:rsidR="001F3FF3" w:rsidRPr="000306B1" w:rsidRDefault="00F37A7C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W</w:t>
            </w:r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ykonane</w:t>
            </w:r>
            <w:proofErr w:type="spellEnd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6F2EC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Podpis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opiekuna</w:t>
            </w:r>
          </w:p>
        </w:tc>
      </w:tr>
      <w:tr w:rsidR="000306B1" w:rsidRPr="000306B1" w14:paraId="7F7C9506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28E4C0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DC527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54B2B0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57F5C2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BFBEE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4356AF9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E16E4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2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111A7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F11ED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F9E45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07899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68AD626B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5B07E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3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0AA0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81A6C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CA8472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7C06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E640A67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5A0D3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4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7A575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33513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7DCE4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31D923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3F17D62C" w14:textId="77777777" w:rsidTr="001C393F">
        <w:trPr>
          <w:cantSplit/>
          <w:trHeight w:val="2414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FEC01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5</w:t>
            </w:r>
          </w:p>
        </w:tc>
        <w:tc>
          <w:tcPr>
            <w:tcW w:w="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3DD35C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2209A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55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0985E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63574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</w:tbl>
    <w:p w14:paraId="1080233D" w14:textId="77777777" w:rsidR="001F3FF3" w:rsidRPr="000306B1" w:rsidRDefault="001F3FF3">
      <w:pPr>
        <w:rPr>
          <w:color w:val="000000" w:themeColor="text1"/>
        </w:rPr>
        <w:sectPr w:rsidR="001F3FF3" w:rsidRPr="000306B1"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1ED4990E" w14:textId="77777777" w:rsidR="001F3FF3" w:rsidRPr="000306B1" w:rsidRDefault="00000000">
      <w:pPr>
        <w:keepNext/>
        <w:spacing w:after="140"/>
        <w:rPr>
          <w:color w:val="000000" w:themeColor="text1"/>
        </w:rPr>
      </w:pPr>
      <w:r w:rsidRPr="000306B1">
        <w:rPr>
          <w:rFonts w:eastAsia="Arial"/>
          <w:b/>
          <w:color w:val="000000" w:themeColor="text1"/>
          <w:sz w:val="24"/>
        </w:rPr>
        <w:lastRenderedPageBreak/>
        <w:t>PRZEBIEG PRAKTYKI ZAWODOWEJ</w:t>
      </w:r>
    </w:p>
    <w:tbl>
      <w:tblPr>
        <w:tblW w:w="975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50"/>
        <w:gridCol w:w="1063"/>
        <w:gridCol w:w="5617"/>
        <w:gridCol w:w="1417"/>
      </w:tblGrid>
      <w:tr w:rsidR="000306B1" w:rsidRPr="000306B1" w14:paraId="23B60565" w14:textId="77777777" w:rsidTr="001C393F">
        <w:trPr>
          <w:trHeight w:val="789"/>
          <w:tblHeader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0062E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Lp</w:t>
            </w:r>
            <w:proofErr w:type="spellEnd"/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F60A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BE8F7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Liczba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godzin</w:t>
            </w: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754723" w14:textId="0BB59522" w:rsidR="001F3FF3" w:rsidRPr="000306B1" w:rsidRDefault="00F37A7C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eastAsia="Arial"/>
                <w:b/>
                <w:color w:val="000000" w:themeColor="text1"/>
                <w:sz w:val="24"/>
                <w:szCs w:val="24"/>
              </w:rPr>
              <w:t>W</w:t>
            </w:r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ykonane</w:t>
            </w:r>
            <w:proofErr w:type="spellEnd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00000"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6E9DA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Podpis</w:t>
            </w: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br/>
              <w:t>opiekuna</w:t>
            </w:r>
          </w:p>
        </w:tc>
      </w:tr>
      <w:tr w:rsidR="000306B1" w:rsidRPr="000306B1" w14:paraId="12CE6799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9CC2F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6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AEE68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8E2A0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ADB9C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7AE1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19F9E860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917C0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7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0D8F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F9E9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40F86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46D82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77550C2A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45DAE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8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A9587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75A86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8918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3F9D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4A916881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09DA6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9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C9C7B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BF6D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9A658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F4AB1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  <w:tr w:rsidR="000306B1" w:rsidRPr="000306B1" w14:paraId="2FF40CD8" w14:textId="77777777" w:rsidTr="001C393F">
        <w:trPr>
          <w:cantSplit/>
          <w:trHeight w:val="2441"/>
        </w:trPr>
        <w:tc>
          <w:tcPr>
            <w:tcW w:w="7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62EE89" w14:textId="77777777" w:rsidR="001F3FF3" w:rsidRPr="000306B1" w:rsidRDefault="00000000">
            <w:pPr>
              <w:spacing w:after="0" w:line="252" w:lineRule="auto"/>
              <w:jc w:val="center"/>
              <w:rPr>
                <w:color w:val="000000" w:themeColor="text1"/>
              </w:rPr>
            </w:pPr>
            <w:r w:rsidRPr="000306B1">
              <w:rPr>
                <w:rFonts w:eastAsia="Arial"/>
                <w:b/>
                <w:color w:val="000000" w:themeColor="text1"/>
                <w:sz w:val="17"/>
              </w:rPr>
              <w:t>10</w:t>
            </w:r>
          </w:p>
        </w:tc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65D729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C0E1F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6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68703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6706D" w14:textId="77777777" w:rsidR="001F3FF3" w:rsidRPr="000306B1" w:rsidRDefault="001F3FF3">
            <w:pPr>
              <w:spacing w:after="0" w:line="252" w:lineRule="auto"/>
              <w:jc w:val="center"/>
              <w:rPr>
                <w:color w:val="000000" w:themeColor="text1"/>
              </w:rPr>
            </w:pPr>
          </w:p>
        </w:tc>
      </w:tr>
    </w:tbl>
    <w:p w14:paraId="409D8F10" w14:textId="77777777" w:rsidR="001F3FF3" w:rsidRPr="000306B1" w:rsidRDefault="001F3FF3">
      <w:pPr>
        <w:rPr>
          <w:color w:val="000000" w:themeColor="text1"/>
        </w:rPr>
        <w:sectPr w:rsidR="001F3FF3" w:rsidRPr="000306B1">
          <w:pgSz w:w="11906" w:h="16838"/>
          <w:pgMar w:top="964" w:right="1134" w:bottom="907" w:left="1134" w:header="454" w:footer="454" w:gutter="0"/>
          <w:cols w:space="720"/>
          <w:docGrid w:linePitch="360"/>
        </w:sectPr>
      </w:pPr>
    </w:p>
    <w:p w14:paraId="7786356C" w14:textId="77777777" w:rsidR="001F3FF3" w:rsidRPr="000306B1" w:rsidRDefault="00000000">
      <w:pPr>
        <w:keepNext/>
        <w:spacing w:after="200"/>
        <w:rPr>
          <w:color w:val="000000" w:themeColor="text1"/>
          <w:sz w:val="28"/>
          <w:szCs w:val="28"/>
        </w:rPr>
      </w:pPr>
      <w:r w:rsidRPr="000306B1">
        <w:rPr>
          <w:rFonts w:eastAsia="Arial"/>
          <w:b/>
          <w:color w:val="000000" w:themeColor="text1"/>
          <w:sz w:val="28"/>
          <w:szCs w:val="28"/>
        </w:rPr>
        <w:lastRenderedPageBreak/>
        <w:t>PODSUMOWANIE PRAKTYKI</w:t>
      </w:r>
    </w:p>
    <w:tbl>
      <w:tblPr>
        <w:tblW w:w="963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7188"/>
      </w:tblGrid>
      <w:tr w:rsidR="000306B1" w:rsidRPr="000306B1" w14:paraId="110E2850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BC5D8D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b/>
                <w:color w:val="000000" w:themeColor="text1"/>
                <w:sz w:val="24"/>
                <w:szCs w:val="24"/>
              </w:rPr>
              <w:t>Łączna liczba zrealizowanych godzin</w:t>
            </w:r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DEB06" w14:textId="77777777" w:rsidR="001F3FF3" w:rsidRPr="000306B1" w:rsidRDefault="00000000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r w:rsidRPr="000306B1">
              <w:rPr>
                <w:rFonts w:eastAsia="Arial"/>
                <w:color w:val="000000" w:themeColor="text1"/>
                <w:sz w:val="24"/>
                <w:szCs w:val="24"/>
              </w:rPr>
              <w:t>........................................ / 60 godzin</w:t>
            </w:r>
          </w:p>
        </w:tc>
      </w:tr>
      <w:tr w:rsidR="000306B1" w:rsidRPr="000306B1" w14:paraId="19C597D8" w14:textId="77777777" w:rsidTr="001C393F">
        <w:trPr>
          <w:trHeight w:val="500"/>
        </w:trPr>
        <w:tc>
          <w:tcPr>
            <w:tcW w:w="24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2D4473" w14:textId="6F474901" w:rsidR="001F3FF3" w:rsidRPr="000306B1" w:rsidRDefault="00F37A7C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Ocena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końcowa</w:t>
            </w:r>
            <w:proofErr w:type="spellEnd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37A7C">
              <w:rPr>
                <w:rFonts w:eastAsia="Arial"/>
                <w:b/>
                <w:color w:val="000000" w:themeColor="text1"/>
                <w:sz w:val="24"/>
                <w:szCs w:val="24"/>
              </w:rPr>
              <w:t>praktyki</w:t>
            </w:r>
            <w:proofErr w:type="spellEnd"/>
          </w:p>
        </w:tc>
        <w:tc>
          <w:tcPr>
            <w:tcW w:w="71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A7E33E" w14:textId="77777777" w:rsidR="001F3FF3" w:rsidRPr="000306B1" w:rsidRDefault="001F3FF3">
            <w:pPr>
              <w:spacing w:after="0" w:line="252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C5EF689" w14:textId="77777777" w:rsidR="001F3FF3" w:rsidRPr="000306B1" w:rsidRDefault="00000000">
      <w:pPr>
        <w:keepNext/>
        <w:spacing w:before="320" w:after="140"/>
        <w:rPr>
          <w:color w:val="000000" w:themeColor="text1"/>
          <w:sz w:val="24"/>
          <w:szCs w:val="24"/>
        </w:rPr>
      </w:pPr>
      <w:proofErr w:type="spellStart"/>
      <w:r w:rsidRPr="000306B1">
        <w:rPr>
          <w:rFonts w:eastAsia="Arial"/>
          <w:b/>
          <w:color w:val="000000" w:themeColor="text1"/>
          <w:sz w:val="24"/>
          <w:szCs w:val="24"/>
        </w:rPr>
        <w:t>Opinia</w:t>
      </w:r>
      <w:proofErr w:type="spellEnd"/>
      <w:r w:rsidRPr="000306B1">
        <w:rPr>
          <w:rFonts w:eastAsia="Arial"/>
          <w:b/>
          <w:color w:val="000000" w:themeColor="text1"/>
          <w:sz w:val="24"/>
          <w:szCs w:val="24"/>
        </w:rPr>
        <w:t xml:space="preserve"> o przebiegu praktyki zawodowej</w:t>
      </w:r>
    </w:p>
    <w:p w14:paraId="7224C108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070E32E4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46C3065B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42D7AD5F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6722E6F5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41032FDA" w14:textId="77777777" w:rsidR="001F3FF3" w:rsidRPr="000306B1" w:rsidRDefault="00000000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24F98C9" w14:textId="77777777" w:rsidR="001F3FF3" w:rsidRDefault="00000000">
      <w:pPr>
        <w:spacing w:after="160"/>
        <w:rPr>
          <w:rFonts w:eastAsia="Arial"/>
          <w:color w:val="000000" w:themeColor="text1"/>
          <w:sz w:val="18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51B5530E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440150E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1974932E" w14:textId="77777777" w:rsidR="00BD744F" w:rsidRDefault="00BD744F" w:rsidP="00BD744F">
      <w:pPr>
        <w:spacing w:after="160"/>
        <w:rPr>
          <w:rFonts w:eastAsia="Arial"/>
          <w:color w:val="000000" w:themeColor="text1"/>
          <w:sz w:val="18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53749386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A4C6F5F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2159545F" w14:textId="77777777" w:rsidR="00BD744F" w:rsidRDefault="00BD744F" w:rsidP="00BD744F">
      <w:pPr>
        <w:spacing w:after="160"/>
        <w:rPr>
          <w:rFonts w:eastAsia="Arial"/>
          <w:color w:val="000000" w:themeColor="text1"/>
          <w:sz w:val="18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0991C03A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37881AE2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7B7C2834" w14:textId="77777777" w:rsidR="00BD744F" w:rsidRPr="000306B1" w:rsidRDefault="00BD744F" w:rsidP="00BD744F">
      <w:pPr>
        <w:spacing w:after="160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14:paraId="02EE431F" w14:textId="77777777" w:rsidR="00BD744F" w:rsidRPr="000306B1" w:rsidRDefault="00BD744F" w:rsidP="00BD744F">
      <w:pPr>
        <w:spacing w:after="160"/>
        <w:rPr>
          <w:color w:val="000000" w:themeColor="text1"/>
        </w:rPr>
      </w:pPr>
    </w:p>
    <w:p w14:paraId="52C10F4B" w14:textId="77777777" w:rsidR="00BD744F" w:rsidRPr="000306B1" w:rsidRDefault="00BD744F" w:rsidP="00BD744F">
      <w:pPr>
        <w:spacing w:after="160"/>
        <w:rPr>
          <w:color w:val="000000" w:themeColor="text1"/>
        </w:rPr>
      </w:pPr>
    </w:p>
    <w:p w14:paraId="3B01DE2E" w14:textId="77777777" w:rsidR="00BD744F" w:rsidRPr="000306B1" w:rsidRDefault="00BD744F">
      <w:pPr>
        <w:spacing w:after="160"/>
        <w:rPr>
          <w:color w:val="000000" w:themeColor="text1"/>
        </w:rPr>
      </w:pPr>
    </w:p>
    <w:p w14:paraId="0408B3DA" w14:textId="77777777" w:rsidR="001F3FF3" w:rsidRPr="000306B1" w:rsidRDefault="00000000">
      <w:pPr>
        <w:spacing w:before="200" w:after="520"/>
        <w:jc w:val="right"/>
        <w:rPr>
          <w:color w:val="000000" w:themeColor="text1"/>
          <w:sz w:val="24"/>
          <w:szCs w:val="24"/>
        </w:rPr>
      </w:pPr>
      <w:r w:rsidRPr="000306B1">
        <w:rPr>
          <w:rFonts w:eastAsia="Arial"/>
          <w:b/>
          <w:color w:val="000000" w:themeColor="text1"/>
          <w:sz w:val="24"/>
          <w:szCs w:val="24"/>
        </w:rPr>
        <w:t>PRACODAWCA</w:t>
      </w:r>
    </w:p>
    <w:p w14:paraId="5EA143E7" w14:textId="77777777" w:rsidR="000306B1" w:rsidRDefault="000306B1">
      <w:pPr>
        <w:spacing w:after="40"/>
        <w:jc w:val="right"/>
        <w:rPr>
          <w:rFonts w:eastAsia="Arial"/>
          <w:color w:val="000000" w:themeColor="text1"/>
          <w:sz w:val="18"/>
        </w:rPr>
      </w:pPr>
    </w:p>
    <w:p w14:paraId="5CE85DCD" w14:textId="775A8863" w:rsidR="001F3FF3" w:rsidRPr="000306B1" w:rsidRDefault="00000000">
      <w:pPr>
        <w:spacing w:after="40"/>
        <w:jc w:val="right"/>
        <w:rPr>
          <w:color w:val="000000" w:themeColor="text1"/>
        </w:rPr>
      </w:pPr>
      <w:r w:rsidRPr="000306B1">
        <w:rPr>
          <w:rFonts w:eastAsia="Arial"/>
          <w:color w:val="000000" w:themeColor="text1"/>
          <w:sz w:val="18"/>
        </w:rPr>
        <w:t>.........</w:t>
      </w:r>
      <w:r w:rsidR="00F37A7C">
        <w:rPr>
          <w:rFonts w:eastAsia="Arial"/>
          <w:color w:val="000000" w:themeColor="text1"/>
          <w:sz w:val="18"/>
        </w:rPr>
        <w:t>.......</w:t>
      </w:r>
      <w:r w:rsidRPr="000306B1">
        <w:rPr>
          <w:rFonts w:eastAsia="Arial"/>
          <w:color w:val="000000" w:themeColor="text1"/>
          <w:sz w:val="18"/>
        </w:rPr>
        <w:t>........................................................</w:t>
      </w:r>
    </w:p>
    <w:p w14:paraId="596376BC" w14:textId="5A716588" w:rsidR="001F3FF3" w:rsidRPr="000306B1" w:rsidRDefault="00F37A7C">
      <w:pPr>
        <w:jc w:val="right"/>
        <w:rPr>
          <w:color w:val="000000" w:themeColor="text1"/>
        </w:rPr>
      </w:pPr>
      <w:r>
        <w:rPr>
          <w:rFonts w:eastAsia="Arial"/>
          <w:color w:val="000000" w:themeColor="text1"/>
          <w:sz w:val="16"/>
        </w:rPr>
        <w:t xml:space="preserve">data,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pieczęć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i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podpis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osoby</w:t>
      </w:r>
      <w:proofErr w:type="spellEnd"/>
      <w:r w:rsidR="00000000" w:rsidRPr="000306B1">
        <w:rPr>
          <w:rFonts w:eastAsia="Arial"/>
          <w:color w:val="000000" w:themeColor="text1"/>
          <w:sz w:val="16"/>
        </w:rPr>
        <w:t xml:space="preserve"> </w:t>
      </w:r>
      <w:proofErr w:type="spellStart"/>
      <w:r w:rsidR="00000000" w:rsidRPr="000306B1">
        <w:rPr>
          <w:rFonts w:eastAsia="Arial"/>
          <w:color w:val="000000" w:themeColor="text1"/>
          <w:sz w:val="16"/>
        </w:rPr>
        <w:t>uprawnionej</w:t>
      </w:r>
      <w:proofErr w:type="spellEnd"/>
    </w:p>
    <w:sectPr w:rsidR="001F3FF3" w:rsidRPr="000306B1" w:rsidSect="00034616">
      <w:pgSz w:w="11906" w:h="16838"/>
      <w:pgMar w:top="964" w:right="1134" w:bottom="90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CAB7" w14:textId="77777777" w:rsidR="009C78D2" w:rsidRDefault="009C78D2">
      <w:pPr>
        <w:spacing w:after="0" w:line="240" w:lineRule="auto"/>
      </w:pPr>
      <w:r>
        <w:separator/>
      </w:r>
    </w:p>
  </w:endnote>
  <w:endnote w:type="continuationSeparator" w:id="0">
    <w:p w14:paraId="2BD05B63" w14:textId="77777777" w:rsidR="009C78D2" w:rsidRDefault="009C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A6CD" w14:textId="77777777" w:rsidR="001F3FF3" w:rsidRDefault="00000000">
    <w:pPr>
      <w:pStyle w:val="Stopka"/>
      <w:jc w:val="right"/>
    </w:pPr>
    <w:r>
      <w:rPr>
        <w:rFonts w:eastAsia="Arial"/>
        <w:color w:val="66717E"/>
        <w:sz w:val="16"/>
      </w:rPr>
      <w:t xml:space="preserve">str. </w:t>
    </w:r>
    <w:r>
      <w:fldChar w:fldCharType="begin"/>
    </w:r>
    <w:r>
      <w:instrText>PAGE</w:instrText>
    </w:r>
    <w:r>
      <w:fldChar w:fldCharType="separate"/>
    </w:r>
    <w:r w:rsidR="000306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BDFE1" w14:textId="77777777" w:rsidR="009C78D2" w:rsidRDefault="009C78D2">
      <w:pPr>
        <w:spacing w:after="0" w:line="240" w:lineRule="auto"/>
      </w:pPr>
      <w:r>
        <w:separator/>
      </w:r>
    </w:p>
  </w:footnote>
  <w:footnote w:type="continuationSeparator" w:id="0">
    <w:p w14:paraId="76E1E9D4" w14:textId="77777777" w:rsidR="009C78D2" w:rsidRDefault="009C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31CE" w14:textId="77777777" w:rsidR="001F3FF3" w:rsidRDefault="00000000">
    <w:pPr>
      <w:pStyle w:val="Nagwek"/>
      <w:jc w:val="right"/>
    </w:pPr>
    <w:r>
      <w:rPr>
        <w:rFonts w:eastAsia="Arial"/>
        <w:b/>
        <w:color w:val="66717E"/>
        <w:sz w:val="16"/>
      </w:rPr>
      <w:t>DZIENNIK PRAKTYKI ZAWODOWEJ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664409">
    <w:abstractNumId w:val="8"/>
  </w:num>
  <w:num w:numId="2" w16cid:durableId="504319289">
    <w:abstractNumId w:val="6"/>
  </w:num>
  <w:num w:numId="3" w16cid:durableId="1955164262">
    <w:abstractNumId w:val="5"/>
  </w:num>
  <w:num w:numId="4" w16cid:durableId="1734616092">
    <w:abstractNumId w:val="4"/>
  </w:num>
  <w:num w:numId="5" w16cid:durableId="408887528">
    <w:abstractNumId w:val="7"/>
  </w:num>
  <w:num w:numId="6" w16cid:durableId="1143278260">
    <w:abstractNumId w:val="3"/>
  </w:num>
  <w:num w:numId="7" w16cid:durableId="106318688">
    <w:abstractNumId w:val="2"/>
  </w:num>
  <w:num w:numId="8" w16cid:durableId="326056080">
    <w:abstractNumId w:val="1"/>
  </w:num>
  <w:num w:numId="9" w16cid:durableId="68262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6B1"/>
    <w:rsid w:val="00034616"/>
    <w:rsid w:val="0006063C"/>
    <w:rsid w:val="0015074B"/>
    <w:rsid w:val="001C393F"/>
    <w:rsid w:val="001F3FF3"/>
    <w:rsid w:val="0029639D"/>
    <w:rsid w:val="002D2202"/>
    <w:rsid w:val="00326F90"/>
    <w:rsid w:val="00634640"/>
    <w:rsid w:val="00677FF3"/>
    <w:rsid w:val="006955D1"/>
    <w:rsid w:val="007435CB"/>
    <w:rsid w:val="0095489A"/>
    <w:rsid w:val="009C78D2"/>
    <w:rsid w:val="00AA1D8D"/>
    <w:rsid w:val="00B47730"/>
    <w:rsid w:val="00BD744F"/>
    <w:rsid w:val="00CB0664"/>
    <w:rsid w:val="00EA29FD"/>
    <w:rsid w:val="00F37A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8B701"/>
  <w14:defaultImageDpi w14:val="300"/>
  <w15:docId w15:val="{99B7BD52-D20F-45B5-84F8-CE705ECE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567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Dziennik praktyki zawodowej - 60 godzin</dc:title>
  <dc:subject>Dziennik praktyki zawodowej ucznia</dc:subject>
  <dc:creator>Zespół Szkół Ponadpodstawowych nr 4 im. Kazimierza Wielkiego w Siedlcach</dc:creator>
  <cp:keywords/>
  <dc:description>generated by python-docx</dc:description>
  <cp:lastModifiedBy>Artur Zatyka</cp:lastModifiedBy>
  <cp:revision>11</cp:revision>
  <dcterms:created xsi:type="dcterms:W3CDTF">2013-12-23T23:15:00Z</dcterms:created>
  <dcterms:modified xsi:type="dcterms:W3CDTF">2026-09-20T07:48:00Z</dcterms:modified>
  <cp:category/>
</cp:coreProperties>
</file>